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NSF Letter of Collaboration Template</w:t>
      </w:r>
    </w:p>
    <w:p>
      <w:r>
        <w:rPr>
          <w:i/>
          <w:color w:val="6B7486"/>
          <w:sz w:val="18"/>
        </w:rPr>
        <w:t>Template from GrantsManager (grantsmanager.com/templates/nsf-letter-of-collaboration-template). Replace the highlighted [bracketed] text, delete these gray notes, and follow your sponsor's current instructions.</w:t>
      </w:r>
    </w:p>
    <w:p>
      <w:r>
        <w:rPr>
          <w:i/>
          <w:color w:val="6B7486"/>
          <w:sz w:val="19"/>
        </w:rPr>
        <w:t>Use the collaborator's letterhead. Fill in the brackets and do not add endorsements or other text.</w:t>
      </w:r>
    </w:p>
    <w:p>
      <w:pPr>
        <w:spacing w:before="200"/>
      </w:pPr>
      <w:r>
        <w:rPr>
          <w:b/>
          <w:color w:val="142344"/>
          <w:sz w:val="25"/>
        </w:rPr>
        <w:t>NSF letter of collaboration</w:t>
      </w:r>
    </w:p>
    <w:p>
      <w:r>
        <w:rPr>
          <w:highlight w:val="yellow"/>
        </w:rPr>
        <w:t>[Date]</w:t>
      </w:r>
    </w:p>
    <w:p>
      <w:r>
        <w:t>To: National Science Foundation</w:t>
      </w:r>
    </w:p>
    <w:p>
      <w:r>
        <w:t xml:space="preserve">If the proposal submitted by Dr. </w:t>
      </w:r>
      <w:r>
        <w:rPr>
          <w:highlight w:val="yellow"/>
        </w:rPr>
        <w:t>[Full name of the Principal Investigator]</w:t>
      </w:r>
      <w:r>
        <w:t xml:space="preserve"> entitled "</w:t>
      </w:r>
      <w:r>
        <w:rPr>
          <w:highlight w:val="yellow"/>
        </w:rPr>
        <w:t>[Proposal title]</w:t>
      </w:r>
      <w:r>
        <w:t>" is selected for funding by NSF, it is my intent to collaborate and/or commit resources as detailed in the Project Description or the Facilities, Equipment and Other Resources section of the proposal.</w:t>
      </w:r>
    </w:p>
    <w:p>
      <w:r>
        <w:rPr>
          <w:highlight w:val="yellow"/>
        </w:rPr>
        <w:t>[Signature]</w:t>
      </w:r>
      <w:r>
        <w:br/>
      </w:r>
      <w:r>
        <w:rPr>
          <w:highlight w:val="yellow"/>
        </w:rPr>
        <w:t>[Full name, title]</w:t>
      </w:r>
      <w:r>
        <w:br/>
      </w:r>
      <w:r>
        <w:rPr>
          <w:highlight w:val="yellow"/>
        </w:rPr>
        <w:t>[Organization]</w:t>
      </w:r>
    </w:p>
    <w:p>
      <w:pPr>
        <w:spacing w:before="200"/>
      </w:pPr>
      <w:r>
        <w:rPr>
          <w:b/>
          <w:color w:val="142344"/>
          <w:sz w:val="25"/>
        </w:rPr>
        <w:t>NIH version (after the change in NOT-OD-26-094 takes effect)</w:t>
      </w:r>
    </w:p>
    <w:p>
      <w:r>
        <w:t xml:space="preserve">If the application submitted by </w:t>
      </w:r>
      <w:r>
        <w:rPr>
          <w:highlight w:val="yellow"/>
        </w:rPr>
        <w:t>[Organization name, with PD/PI name]</w:t>
      </w:r>
      <w:r>
        <w:t xml:space="preserve"> as Program Director/Principal Investigator entitled "</w:t>
      </w:r>
      <w:r>
        <w:rPr>
          <w:highlight w:val="yellow"/>
        </w:rPr>
        <w:t>[Application title]</w:t>
      </w:r>
      <w:r>
        <w:t>" is selected for funding by NIH, it is my intent to collaborate and/or commit resources as detailed in the application.</w:t>
      </w:r>
    </w:p>
    <w:p>
      <w:r>
        <w:rPr>
          <w:highlight w:val="yellow"/>
        </w:rPr>
        <w:t>[Signature]</w:t>
      </w:r>
      <w:r>
        <w:br/>
      </w:r>
      <w:r>
        <w:rPr>
          <w:highlight w:val="yellow"/>
        </w:rPr>
        <w:t>[Full name, title]</w:t>
      </w:r>
      <w:r>
        <w:br/>
      </w:r>
      <w:r>
        <w:rPr>
          <w:highlight w:val="yellow"/>
        </w:rPr>
        <w:t>[Organization]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NSF Letter of Collaboration Template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