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No-Cost Extension Request Letter Template</w:t>
      </w:r>
    </w:p>
    <w:p>
      <w:r>
        <w:rPr>
          <w:i/>
          <w:color w:val="6B7486"/>
          <w:sz w:val="18"/>
        </w:rPr>
        <w:t>Template from GrantsManager (grantsmanager.com/templates/no-cost-extension-request-letter). Replace the highlighted [bracketed] text, delete these gray notes, and follow your sponsor's current instructions.</w:t>
      </w:r>
    </w:p>
    <w:p>
      <w:r>
        <w:rPr>
          <w:i/>
          <w:color w:val="6B7486"/>
          <w:sz w:val="19"/>
        </w:rPr>
        <w:t>Route through your sponsored programs office. The authorized organization representative usually co-signs or submits the request.</w:t>
      </w:r>
    </w:p>
    <w:p>
      <w:r>
        <w:rPr>
          <w:highlight w:val="yellow"/>
        </w:rPr>
        <w:t>[Date]</w:t>
      </w:r>
    </w:p>
    <w:p>
      <w:r>
        <w:rPr>
          <w:highlight w:val="yellow"/>
        </w:rPr>
        <w:t>[Grants management specialist or program officer name]</w:t>
      </w:r>
      <w:r>
        <w:br/>
      </w:r>
      <w:r>
        <w:rPr>
          <w:highlight w:val="yellow"/>
        </w:rPr>
        <w:t>[Agency and office]</w:t>
      </w:r>
      <w:r>
        <w:br/>
      </w:r>
      <w:r>
        <w:rPr>
          <w:highlight w:val="yellow"/>
        </w:rPr>
        <w:t>[Email]</w:t>
      </w:r>
    </w:p>
    <w:p>
      <w:r>
        <w:t>Re: Request for no-cost extension</w:t>
      </w:r>
      <w:r>
        <w:br/>
      </w:r>
      <w:r>
        <w:t xml:space="preserve">Award number: </w:t>
      </w:r>
      <w:r>
        <w:rPr>
          <w:highlight w:val="yellow"/>
        </w:rPr>
        <w:t>[Number]</w:t>
      </w:r>
      <w:r>
        <w:br/>
      </w:r>
      <w:r>
        <w:t xml:space="preserve">Project title: </w:t>
      </w:r>
      <w:r>
        <w:rPr>
          <w:highlight w:val="yellow"/>
        </w:rPr>
        <w:t>[Title]</w:t>
      </w:r>
      <w:r>
        <w:br/>
      </w:r>
      <w:r>
        <w:t xml:space="preserve">PD/PI: </w:t>
      </w:r>
      <w:r>
        <w:rPr>
          <w:highlight w:val="yellow"/>
        </w:rPr>
        <w:t>[Name]</w:t>
      </w:r>
      <w:r>
        <w:br/>
      </w:r>
      <w:r>
        <w:t xml:space="preserve">Current project end date: </w:t>
      </w:r>
      <w:r>
        <w:rPr>
          <w:highlight w:val="yellow"/>
        </w:rPr>
        <w:t>[MM/DD/YYYY]</w:t>
      </w:r>
      <w:r>
        <w:br/>
      </w:r>
      <w:r>
        <w:t xml:space="preserve">Requested new end date: </w:t>
      </w:r>
      <w:r>
        <w:rPr>
          <w:highlight w:val="yellow"/>
        </w:rPr>
        <w:t>[MM/DD/YYYY]</w:t>
      </w:r>
      <w:r>
        <w:t xml:space="preserve"> (</w:t>
      </w:r>
      <w:r>
        <w:rPr>
          <w:highlight w:val="yellow"/>
        </w:rPr>
        <w:t>[N]</w:t>
      </w:r>
      <w:r>
        <w:t xml:space="preserve"> months)</w:t>
      </w:r>
    </w:p>
    <w:p>
      <w:r>
        <w:t xml:space="preserve">Dear </w:t>
      </w:r>
      <w:r>
        <w:rPr>
          <w:highlight w:val="yellow"/>
        </w:rPr>
        <w:t>[Name]</w:t>
      </w:r>
      <w:r>
        <w:t>:</w:t>
      </w:r>
    </w:p>
    <w:p>
      <w:r>
        <w:rPr>
          <w:highlight w:val="yellow"/>
        </w:rPr>
        <w:t>[Institution]</w:t>
      </w:r>
      <w:r>
        <w:t xml:space="preserve"> requests a no-cost extension of </w:t>
      </w:r>
      <w:r>
        <w:rPr>
          <w:highlight w:val="yellow"/>
        </w:rPr>
        <w:t>[N]</w:t>
      </w:r>
      <w:r>
        <w:t xml:space="preserve"> months for the award referenced above, extending the project end date from </w:t>
      </w:r>
      <w:r>
        <w:rPr>
          <w:highlight w:val="yellow"/>
        </w:rPr>
        <w:t>[current date]</w:t>
      </w:r>
      <w:r>
        <w:t xml:space="preserve"> to </w:t>
      </w:r>
      <w:r>
        <w:rPr>
          <w:highlight w:val="yellow"/>
        </w:rPr>
        <w:t>[new date]</w:t>
      </w:r>
      <w:r>
        <w:t>. No additional funds are requested, and the scope of work will not change.</w:t>
      </w:r>
    </w:p>
    <w:p>
      <w:pPr>
        <w:spacing w:before="200"/>
      </w:pPr>
      <w:r>
        <w:rPr>
          <w:b/>
          <w:color w:val="142344"/>
          <w:sz w:val="25"/>
        </w:rPr>
        <w:t>Justification</w:t>
      </w:r>
    </w:p>
    <w:p>
      <w:r>
        <w:rPr>
          <w:highlight w:val="yellow"/>
        </w:rPr>
        <w:t>[Explain why the approved aims are not complete, for example: a delay in IRB approval, equipment delivery, recruitment, or a staff vacancy. Be specific about dates and causes.]</w:t>
      </w:r>
    </w:p>
    <w:p>
      <w:pPr>
        <w:spacing w:before="200"/>
      </w:pPr>
      <w:r>
        <w:rPr>
          <w:b/>
          <w:color w:val="142344"/>
          <w:sz w:val="25"/>
        </w:rPr>
        <w:t>Progress to date</w:t>
      </w:r>
    </w:p>
    <w:p>
      <w:r>
        <w:rPr>
          <w:highlight w:val="yellow"/>
        </w:rPr>
        <w:t>[Summarize what has been completed since the last progress report.]</w:t>
      </w:r>
    </w:p>
    <w:p>
      <w:pPr>
        <w:spacing w:before="200"/>
      </w:pPr>
      <w:r>
        <w:rPr>
          <w:b/>
          <w:color w:val="142344"/>
          <w:sz w:val="25"/>
        </w:rPr>
        <w:t>Work to be completed during the extension</w:t>
      </w:r>
    </w:p>
    <w:p>
      <w:pPr>
        <w:pStyle w:val="ListBullet"/>
      </w:pPr>
      <w:r>
        <w:rPr>
          <w:highlight w:val="yellow"/>
        </w:rPr>
        <w:t>[Task 1 and expected completion date]</w:t>
      </w:r>
    </w:p>
    <w:p>
      <w:pPr>
        <w:pStyle w:val="ListBullet"/>
      </w:pPr>
      <w:r>
        <w:rPr>
          <w:highlight w:val="yellow"/>
        </w:rPr>
        <w:t>[Task 2 and expected completion date]</w:t>
      </w:r>
    </w:p>
    <w:p>
      <w:pPr>
        <w:spacing w:before="200"/>
      </w:pPr>
      <w:r>
        <w:rPr>
          <w:b/>
          <w:color w:val="142344"/>
          <w:sz w:val="25"/>
        </w:rPr>
        <w:t>Remaining funds</w:t>
      </w:r>
    </w:p>
    <w:p>
      <w:r>
        <w:t xml:space="preserve">The estimated unobligated balance as of </w:t>
      </w:r>
      <w:r>
        <w:rPr>
          <w:highlight w:val="yellow"/>
        </w:rPr>
        <w:t>[date]</w:t>
      </w:r>
      <w:r>
        <w:t xml:space="preserve"> is $</w:t>
      </w:r>
      <w:r>
        <w:rPr>
          <w:highlight w:val="yellow"/>
        </w:rPr>
        <w:t>[amount]</w:t>
      </w:r>
      <w:r>
        <w:t xml:space="preserve">. These funds will support </w:t>
      </w:r>
      <w:r>
        <w:rPr>
          <w:highlight w:val="yellow"/>
        </w:rPr>
        <w:t>[personnel, supplies, participant costs]</w:t>
      </w:r>
      <w:r>
        <w:t xml:space="preserve"> needed to complete the work above. </w:t>
      </w:r>
      <w:r>
        <w:rPr>
          <w:highlight w:val="yellow"/>
        </w:rPr>
        <w:t>[Attach a budget for the extension period if the sponsor requires one.]</w:t>
      </w:r>
    </w:p>
    <w:p>
      <w:pPr>
        <w:spacing w:before="200"/>
      </w:pPr>
      <w:r>
        <w:rPr>
          <w:b/>
          <w:color w:val="142344"/>
          <w:sz w:val="25"/>
        </w:rPr>
        <w:t>Compliance</w:t>
      </w:r>
    </w:p>
    <w:p>
      <w:r>
        <w:rPr>
          <w:highlight w:val="yellow"/>
        </w:rPr>
        <w:t>[Human subjects / animal]</w:t>
      </w:r>
      <w:r>
        <w:t xml:space="preserve"> protocols remain approved through </w:t>
      </w:r>
      <w:r>
        <w:rPr>
          <w:highlight w:val="yellow"/>
        </w:rPr>
        <w:t>[date]</w:t>
      </w:r>
      <w:r>
        <w:t xml:space="preserve">. </w:t>
      </w:r>
      <w:r>
        <w:rPr>
          <w:highlight w:val="yellow"/>
        </w:rPr>
        <w:t>[Note any other approvals that remain current.]</w:t>
      </w:r>
    </w:p>
    <w:p>
      <w:r>
        <w:t>Thank you for considering this request.</w:t>
      </w:r>
      <w:r>
        <w:br/>
      </w:r>
      <w:r>
        <w:br/>
      </w:r>
      <w:r>
        <w:t>Sincerely,</w:t>
      </w:r>
      <w:r>
        <w:br/>
      </w:r>
      <w:r>
        <w:br/>
      </w:r>
      <w:r>
        <w:rPr>
          <w:highlight w:val="yellow"/>
        </w:rPr>
        <w:t>[PD/PI signature, name, title]</w:t>
      </w:r>
      <w:r>
        <w:br/>
      </w:r>
      <w:r>
        <w:br/>
      </w:r>
      <w:r>
        <w:rPr>
          <w:highlight w:val="yellow"/>
        </w:rPr>
        <w:t>[Authorized organization representative signature, name, title]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No-Cost Extension Request Letter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