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Letter of Support Template for Grant Applications</w:t>
      </w:r>
    </w:p>
    <w:p>
      <w:r>
        <w:rPr>
          <w:i/>
          <w:color w:val="6B7486"/>
          <w:sz w:val="18"/>
        </w:rPr>
        <w:t>Template from GrantsManager (grantsmanager.com/templates/letter-of-support-template). Replace the highlighted [bracketed] text, delete these gray notes, and follow your sponsor's current instructions.</w:t>
      </w:r>
    </w:p>
    <w:p>
      <w:r>
        <w:rPr>
          <w:i/>
          <w:color w:val="6B7486"/>
          <w:sz w:val="19"/>
        </w:rPr>
        <w:t>Print on the signer's letterhead. The PI usually drafts the letter and the collaborator edits and signs it.</w:t>
      </w:r>
    </w:p>
    <w:p>
      <w:pPr>
        <w:spacing w:before="200"/>
      </w:pPr>
      <w:r>
        <w:rPr>
          <w:b/>
          <w:color w:val="142344"/>
          <w:sz w:val="25"/>
        </w:rPr>
        <w:t>Version 1: Collaborator letter</w:t>
      </w:r>
    </w:p>
    <w:p>
      <w:r>
        <w:rPr>
          <w:highlight w:val="yellow"/>
        </w:rPr>
        <w:t>[Date]</w:t>
      </w:r>
    </w:p>
    <w:p>
      <w:r>
        <w:t xml:space="preserve">Dr. </w:t>
      </w:r>
      <w:r>
        <w:rPr>
          <w:highlight w:val="yellow"/>
        </w:rPr>
        <w:t>[PI full name]</w:t>
      </w:r>
      <w:r>
        <w:br/>
      </w:r>
      <w:r>
        <w:rPr>
          <w:highlight w:val="yellow"/>
        </w:rPr>
        <w:t>[Department]</w:t>
      </w:r>
      <w:r>
        <w:br/>
      </w:r>
      <w:r>
        <w:rPr>
          <w:highlight w:val="yellow"/>
        </w:rPr>
        <w:t>[Institution]</w:t>
      </w:r>
      <w:r>
        <w:br/>
      </w:r>
      <w:r>
        <w:rPr>
          <w:highlight w:val="yellow"/>
        </w:rPr>
        <w:t>[Address]</w:t>
      </w:r>
    </w:p>
    <w:p>
      <w:r>
        <w:t xml:space="preserve">Dear Dr. </w:t>
      </w:r>
      <w:r>
        <w:rPr>
          <w:highlight w:val="yellow"/>
        </w:rPr>
        <w:t>[PI last name]</w:t>
      </w:r>
      <w:r>
        <w:t>:</w:t>
      </w:r>
    </w:p>
    <w:p>
      <w:r>
        <w:t>I am pleased to confirm my collaboration on your application entitled "</w:t>
      </w:r>
      <w:r>
        <w:rPr>
          <w:highlight w:val="yellow"/>
        </w:rPr>
        <w:t>[Application title]</w:t>
      </w:r>
      <w:r>
        <w:t xml:space="preserve">," submitted in response to </w:t>
      </w:r>
      <w:r>
        <w:rPr>
          <w:highlight w:val="yellow"/>
        </w:rPr>
        <w:t>[NOFO number and title]</w:t>
      </w:r>
      <w:r>
        <w:t>.</w:t>
      </w:r>
    </w:p>
    <w:p>
      <w:r>
        <w:t xml:space="preserve">As described in the application, I will </w:t>
      </w:r>
      <w:r>
        <w:rPr>
          <w:highlight w:val="yellow"/>
        </w:rPr>
        <w:t>[describe your specific role, for example: provide the cell line, train your team in the imaging protocol, and co-supervise the analyses for Aim 2]</w:t>
      </w:r>
      <w:r>
        <w:t xml:space="preserve">. I expect to commit approximately </w:t>
      </w:r>
      <w:r>
        <w:rPr>
          <w:highlight w:val="yellow"/>
        </w:rPr>
        <w:t>[X]</w:t>
      </w:r>
      <w:r>
        <w:t xml:space="preserve"> hours per month to the project </w:t>
      </w:r>
      <w:r>
        <w:rPr>
          <w:highlight w:val="yellow"/>
        </w:rPr>
        <w:t>[at no cost to the award / as budgeted in the subaward]</w:t>
      </w:r>
      <w:r>
        <w:t>.</w:t>
      </w:r>
    </w:p>
    <w:p>
      <w:r>
        <w:rPr>
          <w:highlight w:val="yellow"/>
        </w:rPr>
        <w:t>[Resource]</w:t>
      </w:r>
      <w:r>
        <w:t xml:space="preserve"> will be made available to your team </w:t>
      </w:r>
      <w:r>
        <w:rPr>
          <w:highlight w:val="yellow"/>
        </w:rPr>
        <w:t>[at no cost, or at the standard internal rate of $X]</w:t>
      </w:r>
      <w:r>
        <w:t xml:space="preserve">. </w:t>
      </w:r>
      <w:r>
        <w:rPr>
          <w:highlight w:val="yellow"/>
        </w:rPr>
        <w:t>[State whether the resource is freely available to other investigators or provided specifically for this project.]</w:t>
      </w:r>
    </w:p>
    <w:p>
      <w:r>
        <w:t xml:space="preserve">We expect that publications resulting from this collaboration will include </w:t>
      </w:r>
      <w:r>
        <w:rPr>
          <w:highlight w:val="yellow"/>
        </w:rPr>
        <w:t>[me and members of my team]</w:t>
      </w:r>
      <w:r>
        <w:t xml:space="preserve"> as co-authors, consistent with our contributions. </w:t>
      </w:r>
      <w:r>
        <w:rPr>
          <w:highlight w:val="yellow"/>
        </w:rPr>
        <w:t>[Describe any other agreements, such as data sharing or material transfer.]</w:t>
      </w:r>
    </w:p>
    <w:p>
      <w:r>
        <w:t>I look forward to working with you on this project.</w:t>
      </w:r>
    </w:p>
    <w:p>
      <w:r>
        <w:t>Sincerely,</w:t>
      </w:r>
      <w:r>
        <w:br/>
      </w:r>
      <w:r>
        <w:br/>
      </w:r>
      <w:r>
        <w:rPr>
          <w:highlight w:val="yellow"/>
        </w:rPr>
        <w:t>[Signature]</w:t>
      </w:r>
      <w:r>
        <w:br/>
      </w:r>
      <w:r>
        <w:rPr>
          <w:highlight w:val="yellow"/>
        </w:rPr>
        <w:t>[Full name, degree]</w:t>
      </w:r>
      <w:r>
        <w:br/>
      </w:r>
      <w:r>
        <w:rPr>
          <w:highlight w:val="yellow"/>
        </w:rPr>
        <w:t>[Title]</w:t>
      </w:r>
      <w:r>
        <w:br/>
      </w:r>
      <w:r>
        <w:rPr>
          <w:highlight w:val="yellow"/>
        </w:rPr>
        <w:t>[Institution]</w:t>
      </w:r>
      <w:r>
        <w:br/>
      </w:r>
      <w:r>
        <w:rPr>
          <w:highlight w:val="yellow"/>
        </w:rPr>
        <w:t>[Email]</w:t>
      </w:r>
    </w:p>
    <w:p>
      <w:pPr>
        <w:spacing w:before="200"/>
      </w:pPr>
      <w:r>
        <w:rPr>
          <w:b/>
          <w:color w:val="142344"/>
          <w:sz w:val="25"/>
        </w:rPr>
        <w:t>Version 2: Consultant letter</w:t>
      </w:r>
    </w:p>
    <w:p>
      <w:r>
        <w:t xml:space="preserve">Dear Dr. </w:t>
      </w:r>
      <w:r>
        <w:rPr>
          <w:highlight w:val="yellow"/>
        </w:rPr>
        <w:t>[PI last name]</w:t>
      </w:r>
      <w:r>
        <w:t>:</w:t>
      </w:r>
    </w:p>
    <w:p>
      <w:r>
        <w:t>I am pleased to serve as a consultant on your application entitled "</w:t>
      </w:r>
      <w:r>
        <w:rPr>
          <w:highlight w:val="yellow"/>
        </w:rPr>
        <w:t>[Application title]</w:t>
      </w:r>
      <w:r>
        <w:t xml:space="preserve">." I will </w:t>
      </w:r>
      <w:r>
        <w:rPr>
          <w:highlight w:val="yellow"/>
        </w:rPr>
        <w:t>[advise on statistical design, review analyses, attend quarterly meetings]</w:t>
      </w:r>
      <w:r>
        <w:t xml:space="preserve"> for </w:t>
      </w:r>
      <w:r>
        <w:rPr>
          <w:highlight w:val="yellow"/>
        </w:rPr>
        <w:t>[N]</w:t>
      </w:r>
      <w:r>
        <w:t xml:space="preserve"> days per year during Years </w:t>
      </w:r>
      <w:r>
        <w:rPr>
          <w:highlight w:val="yellow"/>
        </w:rPr>
        <w:t>[1 to N]</w:t>
      </w:r>
      <w:r>
        <w:t>.</w:t>
      </w:r>
    </w:p>
    <w:p>
      <w:r>
        <w:t>My consulting rate is $</w:t>
      </w:r>
      <w:r>
        <w:rPr>
          <w:highlight w:val="yellow"/>
        </w:rPr>
        <w:t>[amount]</w:t>
      </w:r>
      <w:r>
        <w:t xml:space="preserve"> per </w:t>
      </w:r>
      <w:r>
        <w:rPr>
          <w:highlight w:val="yellow"/>
        </w:rPr>
        <w:t>[day or hour]</w:t>
      </w:r>
      <w:r>
        <w:t>, for a total of $</w:t>
      </w:r>
      <w:r>
        <w:rPr>
          <w:highlight w:val="yellow"/>
        </w:rPr>
        <w:t>[amount]</w:t>
      </w:r>
      <w:r>
        <w:t xml:space="preserve"> per year, as shown in the budget. </w:t>
      </w:r>
      <w:r>
        <w:rPr>
          <w:highlight w:val="yellow"/>
        </w:rPr>
        <w:t>[Note any travel costs.]</w:t>
      </w:r>
    </w:p>
    <w:p>
      <w:r>
        <w:t>Sincerely,</w:t>
      </w:r>
      <w:r>
        <w:br/>
      </w:r>
      <w:r>
        <w:br/>
      </w:r>
      <w:r>
        <w:rPr>
          <w:highlight w:val="yellow"/>
        </w:rPr>
        <w:t>[Signature]</w:t>
      </w:r>
      <w:r>
        <w:br/>
      </w:r>
      <w:r>
        <w:rPr>
          <w:highlight w:val="yellow"/>
        </w:rPr>
        <w:t>[Full name, degree]</w:t>
      </w:r>
      <w:r>
        <w:br/>
      </w:r>
      <w:r>
        <w:rPr>
          <w:highlight w:val="yellow"/>
        </w:rPr>
        <w:t>[Title and organization]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Template for Grant Applications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