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344"/>
          <w:sz w:val="32"/>
        </w:rPr>
        <w:t>Grant Letter of Intent Template</w:t>
      </w:r>
    </w:p>
    <w:p>
      <w:r>
        <w:rPr>
          <w:i/>
          <w:color w:val="6B7486"/>
          <w:sz w:val="18"/>
        </w:rPr>
        <w:t>Template from GrantsManager (grantsmanager.com/templates/grant-letter-of-intent-template). Replace the highlighted [bracketed] text, delete these gray notes, and follow your sponsor's current instructions.</w:t>
      </w:r>
    </w:p>
    <w:p>
      <w:pPr>
        <w:spacing w:before="200"/>
      </w:pPr>
      <w:r>
        <w:rPr>
          <w:b/>
          <w:color w:val="142344"/>
          <w:sz w:val="25"/>
        </w:rPr>
        <w:t>Version 1: NIH letter of intent</w:t>
      </w:r>
    </w:p>
    <w:p>
      <w:r>
        <w:rPr>
          <w:i/>
          <w:color w:val="6B7486"/>
          <w:sz w:val="19"/>
        </w:rPr>
        <w:t>Send to the contact named in the funding opportunity by the LOI date. NIH letters of intent are usually requested but not required, and they are not binding.</w:t>
      </w:r>
    </w:p>
    <w:p>
      <w:r>
        <w:rPr>
          <w:highlight w:val="yellow"/>
        </w:rPr>
        <w:t>[Date]</w:t>
      </w:r>
    </w:p>
    <w:p>
      <w:r>
        <w:rPr>
          <w:highlight w:val="yellow"/>
        </w:rPr>
        <w:t>[Scientific/Research contact name]</w:t>
      </w:r>
      <w:r>
        <w:br/>
      </w:r>
      <w:r>
        <w:rPr>
          <w:highlight w:val="yellow"/>
        </w:rPr>
        <w:t>[Institute or Center]</w:t>
      </w:r>
      <w:r>
        <w:br/>
      </w:r>
      <w:r>
        <w:t>National Institutes of Health</w:t>
      </w:r>
      <w:r>
        <w:br/>
      </w:r>
      <w:r>
        <w:rPr>
          <w:highlight w:val="yellow"/>
        </w:rPr>
        <w:t>[Email]</w:t>
      </w:r>
    </w:p>
    <w:p>
      <w:r>
        <w:t xml:space="preserve">Dear Dr. </w:t>
      </w:r>
      <w:r>
        <w:rPr>
          <w:highlight w:val="yellow"/>
        </w:rPr>
        <w:t>[Last name]</w:t>
      </w:r>
      <w:r>
        <w:t>:</w:t>
      </w:r>
    </w:p>
    <w:p>
      <w:r>
        <w:t xml:space="preserve">This letter is to notify you of our intent to submit an application in response to </w:t>
      </w:r>
      <w:r>
        <w:rPr>
          <w:highlight w:val="yellow"/>
        </w:rPr>
        <w:t>[NOFO number]</w:t>
      </w:r>
      <w:r>
        <w:t>: "</w:t>
      </w:r>
      <w:r>
        <w:rPr>
          <w:highlight w:val="yellow"/>
        </w:rPr>
        <w:t>[NOFO title]</w:t>
      </w:r>
      <w:r>
        <w:t>."</w:t>
      </w:r>
    </w:p>
    <w:p>
      <w:pPr>
        <w:pStyle w:val="ListBullet"/>
      </w:pPr>
      <w:r>
        <w:t xml:space="preserve">Descriptive title of the proposed research: </w:t>
      </w:r>
      <w:r>
        <w:rPr>
          <w:highlight w:val="yellow"/>
        </w:rPr>
        <w:t>[Title]</w:t>
      </w:r>
    </w:p>
    <w:p>
      <w:pPr>
        <w:pStyle w:val="ListBullet"/>
      </w:pPr>
      <w:r>
        <w:t xml:space="preserve">PD/PI: </w:t>
      </w:r>
      <w:r>
        <w:rPr>
          <w:highlight w:val="yellow"/>
        </w:rPr>
        <w:t>[Name, degree]</w:t>
      </w:r>
      <w:r>
        <w:t xml:space="preserve">, </w:t>
      </w:r>
      <w:r>
        <w:rPr>
          <w:highlight w:val="yellow"/>
        </w:rPr>
        <w:t>[Title]</w:t>
      </w:r>
      <w:r>
        <w:t xml:space="preserve">, </w:t>
      </w:r>
      <w:r>
        <w:rPr>
          <w:highlight w:val="yellow"/>
        </w:rPr>
        <w:t>[Department]</w:t>
      </w:r>
      <w:r>
        <w:t xml:space="preserve">, </w:t>
      </w:r>
      <w:r>
        <w:rPr>
          <w:highlight w:val="yellow"/>
        </w:rPr>
        <w:t>[Institution]</w:t>
      </w:r>
      <w:r>
        <w:t xml:space="preserve">, </w:t>
      </w:r>
      <w:r>
        <w:rPr>
          <w:highlight w:val="yellow"/>
        </w:rPr>
        <w:t>[Address]</w:t>
      </w:r>
      <w:r>
        <w:t xml:space="preserve">, </w:t>
      </w:r>
      <w:r>
        <w:rPr>
          <w:highlight w:val="yellow"/>
        </w:rPr>
        <w:t>[Phone]</w:t>
      </w:r>
      <w:r>
        <w:t xml:space="preserve">, </w:t>
      </w:r>
      <w:r>
        <w:rPr>
          <w:highlight w:val="yellow"/>
        </w:rPr>
        <w:t>[Email]</w:t>
      </w:r>
    </w:p>
    <w:p>
      <w:pPr>
        <w:pStyle w:val="ListBullet"/>
      </w:pPr>
      <w:r>
        <w:t xml:space="preserve">Other key personnel: </w:t>
      </w:r>
      <w:r>
        <w:rPr>
          <w:highlight w:val="yellow"/>
        </w:rPr>
        <w:t>[Names and institutions]</w:t>
      </w:r>
    </w:p>
    <w:p>
      <w:pPr>
        <w:pStyle w:val="ListBullet"/>
      </w:pPr>
      <w:r>
        <w:t xml:space="preserve">Participating institutions: </w:t>
      </w:r>
      <w:r>
        <w:rPr>
          <w:highlight w:val="yellow"/>
        </w:rPr>
        <w:t>[Institutions]</w:t>
      </w:r>
    </w:p>
    <w:p>
      <w:pPr>
        <w:pStyle w:val="ListBullet"/>
      </w:pPr>
      <w:r>
        <w:t xml:space="preserve">Funding opportunity: </w:t>
      </w:r>
      <w:r>
        <w:rPr>
          <w:highlight w:val="yellow"/>
        </w:rPr>
        <w:t>[NOFO number and title]</w:t>
      </w:r>
    </w:p>
    <w:p>
      <w:r>
        <w:t>Sincerely,</w:t>
      </w:r>
      <w:r>
        <w:br/>
      </w:r>
      <w:r>
        <w:br/>
      </w:r>
      <w:r>
        <w:rPr>
          <w:highlight w:val="yellow"/>
        </w:rPr>
        <w:t>[Signature]</w:t>
      </w:r>
      <w:r>
        <w:br/>
      </w:r>
      <w:r>
        <w:rPr>
          <w:highlight w:val="yellow"/>
        </w:rPr>
        <w:t>[PD/PI name]</w:t>
      </w:r>
    </w:p>
    <w:p>
      <w:pPr>
        <w:spacing w:before="200"/>
      </w:pPr>
      <w:r>
        <w:rPr>
          <w:b/>
          <w:color w:val="142344"/>
          <w:sz w:val="25"/>
        </w:rPr>
        <w:t>Version 2: Foundation letter of intent</w:t>
      </w:r>
    </w:p>
    <w:p>
      <w:r>
        <w:rPr>
          <w:i/>
          <w:color w:val="6B7486"/>
          <w:sz w:val="19"/>
        </w:rPr>
        <w:t>Most foundation LOIs run one to three pages. Follow the foundation's required headings if it provides them.</w:t>
      </w:r>
    </w:p>
    <w:p>
      <w:r>
        <w:rPr>
          <w:highlight w:val="yellow"/>
        </w:rPr>
        <w:t>[Date]</w:t>
      </w:r>
      <w:r>
        <w:br/>
      </w:r>
      <w:r>
        <w:br/>
      </w:r>
      <w:r>
        <w:rPr>
          <w:highlight w:val="yellow"/>
        </w:rPr>
        <w:t>[Program officer name]</w:t>
      </w:r>
      <w:r>
        <w:br/>
      </w:r>
      <w:r>
        <w:rPr>
          <w:highlight w:val="yellow"/>
        </w:rPr>
        <w:t>[Foundation]</w:t>
      </w:r>
      <w:r>
        <w:br/>
      </w:r>
      <w:r>
        <w:rPr>
          <w:highlight w:val="yellow"/>
        </w:rPr>
        <w:t>[Address]</w:t>
      </w:r>
    </w:p>
    <w:p>
      <w:r>
        <w:t xml:space="preserve">Dear </w:t>
      </w:r>
      <w:r>
        <w:rPr>
          <w:highlight w:val="yellow"/>
        </w:rPr>
        <w:t>[Name]</w:t>
      </w:r>
      <w:r>
        <w:t>:</w:t>
      </w:r>
    </w:p>
    <w:p>
      <w:r>
        <w:t xml:space="preserve">Request. </w:t>
      </w:r>
      <w:r>
        <w:rPr>
          <w:highlight w:val="yellow"/>
        </w:rPr>
        <w:t>[Institution]</w:t>
      </w:r>
      <w:r>
        <w:t xml:space="preserve"> respectfully requests $</w:t>
      </w:r>
      <w:r>
        <w:rPr>
          <w:highlight w:val="yellow"/>
        </w:rPr>
        <w:t>[amount]</w:t>
      </w:r>
      <w:r>
        <w:t xml:space="preserve"> over </w:t>
      </w:r>
      <w:r>
        <w:rPr>
          <w:highlight w:val="yellow"/>
        </w:rPr>
        <w:t>[N]</w:t>
      </w:r>
      <w:r>
        <w:t xml:space="preserve"> years to support </w:t>
      </w:r>
      <w:r>
        <w:rPr>
          <w:highlight w:val="yellow"/>
        </w:rPr>
        <w:t>[project name]</w:t>
      </w:r>
      <w:r>
        <w:t xml:space="preserve">, led by Dr. </w:t>
      </w:r>
      <w:r>
        <w:rPr>
          <w:highlight w:val="yellow"/>
        </w:rPr>
        <w:t>[Name]</w:t>
      </w:r>
      <w:r>
        <w:t>.</w:t>
      </w:r>
    </w:p>
    <w:p>
      <w:r>
        <w:t xml:space="preserve">The problem. </w:t>
      </w:r>
      <w:r>
        <w:rPr>
          <w:highlight w:val="yellow"/>
        </w:rPr>
        <w:t>[Two or three sentences on the need, with one compelling figure.]</w:t>
      </w:r>
    </w:p>
    <w:p>
      <w:r>
        <w:t xml:space="preserve">Our approach. </w:t>
      </w:r>
      <w:r>
        <w:rPr>
          <w:highlight w:val="yellow"/>
        </w:rPr>
        <w:t>[What you will do, why it is new, and why your team is positioned to do it.]</w:t>
      </w:r>
    </w:p>
    <w:p>
      <w:r>
        <w:t xml:space="preserve">Expected outcomes. </w:t>
      </w:r>
      <w:r>
        <w:rPr>
          <w:highlight w:val="yellow"/>
        </w:rPr>
        <w:t>[Specific, measurable results within the grant period, and how they advance the foundation's mission.]</w:t>
      </w:r>
    </w:p>
    <w:p>
      <w:r>
        <w:t xml:space="preserve">Budget overview. </w:t>
      </w:r>
      <w:r>
        <w:rPr>
          <w:highlight w:val="yellow"/>
        </w:rPr>
        <w:t>[Major cost categories and other secured or pending funding.]</w:t>
      </w:r>
    </w:p>
    <w:p>
      <w:r>
        <w:t>Thank you for considering this request. I would welcome the opportunity to submit a full proposal.</w:t>
      </w:r>
      <w:r>
        <w:br/>
      </w:r>
      <w:r>
        <w:br/>
      </w:r>
      <w:r>
        <w:t>Sincerely,</w:t>
      </w:r>
      <w:r>
        <w:br/>
      </w:r>
      <w:r>
        <w:br/>
      </w:r>
      <w:r>
        <w:rPr>
          <w:highlight w:val="yellow"/>
        </w:rPr>
        <w:t>[Signature]</w:t>
      </w:r>
      <w:r>
        <w:br/>
      </w:r>
      <w:r>
        <w:rPr>
          <w:highlight w:val="yellow"/>
        </w:rPr>
        <w:t>[Name, title, contact information]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Letter of Intent Template</dc:title>
  <dc:subject/>
  <dc:creator>GrantsManager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