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344"/>
          <w:sz w:val="32"/>
        </w:rPr>
        <w:t>Grant Application Cover Letter Template</w:t>
      </w:r>
    </w:p>
    <w:p>
      <w:r>
        <w:rPr>
          <w:i/>
          <w:color w:val="6B7486"/>
          <w:sz w:val="18"/>
        </w:rPr>
        <w:t>Template from GrantsManager (grantsmanager.com/templates/grant-application-cover-letter-template). Replace the highlighted [bracketed] text, delete these gray notes, and follow your sponsor's current instructions.</w:t>
      </w:r>
    </w:p>
    <w:p>
      <w:r>
        <w:rPr>
          <w:i/>
          <w:color w:val="6B7486"/>
          <w:sz w:val="19"/>
        </w:rPr>
        <w:t>Keep it to one page. Attach it as the cover letter file in your application. Reviewers do not see it.</w:t>
      </w:r>
    </w:p>
    <w:p>
      <w:r>
        <w:rPr>
          <w:highlight w:val="yellow"/>
        </w:rPr>
        <w:t>[Date]</w:t>
      </w:r>
    </w:p>
    <w:p>
      <w:r>
        <w:t>Division of Receipt and Referral</w:t>
      </w:r>
      <w:r>
        <w:br/>
      </w:r>
      <w:r>
        <w:t>Center for Scientific Review</w:t>
      </w:r>
      <w:r>
        <w:br/>
      </w:r>
      <w:r>
        <w:t>National Institutes of Health</w:t>
      </w:r>
    </w:p>
    <w:p>
      <w:r>
        <w:t xml:space="preserve">Re: </w:t>
      </w:r>
      <w:r>
        <w:rPr>
          <w:highlight w:val="yellow"/>
        </w:rPr>
        <w:t>[Application title]</w:t>
      </w:r>
      <w:r>
        <w:br/>
      </w:r>
      <w:r>
        <w:t xml:space="preserve">Funding opportunity: </w:t>
      </w:r>
      <w:r>
        <w:rPr>
          <w:highlight w:val="yellow"/>
        </w:rPr>
        <w:t>[NOFO number and title]</w:t>
      </w:r>
      <w:r>
        <w:br/>
      </w:r>
      <w:r>
        <w:t xml:space="preserve">PD/PI: </w:t>
      </w:r>
      <w:r>
        <w:rPr>
          <w:highlight w:val="yellow"/>
        </w:rPr>
        <w:t>[Name]</w:t>
      </w:r>
      <w:r>
        <w:t xml:space="preserve">, </w:t>
      </w:r>
      <w:r>
        <w:rPr>
          <w:highlight w:val="yellow"/>
        </w:rPr>
        <w:t>[Institution]</w:t>
      </w:r>
    </w:p>
    <w:p>
      <w:r>
        <w:t>Dear Scientific Review Officer:</w:t>
      </w:r>
    </w:p>
    <w:p>
      <w:r>
        <w:t>Please find enclosed our application entitled "</w:t>
      </w:r>
      <w:r>
        <w:rPr>
          <w:highlight w:val="yellow"/>
        </w:rPr>
        <w:t>[Application title]</w:t>
      </w:r>
      <w:r>
        <w:t xml:space="preserve">," submitted in response to </w:t>
      </w:r>
      <w:r>
        <w:rPr>
          <w:highlight w:val="yellow"/>
        </w:rPr>
        <w:t>[NOFO number]</w:t>
      </w:r>
      <w:r>
        <w:t xml:space="preserve">. </w:t>
      </w:r>
      <w:r>
        <w:rPr>
          <w:highlight w:val="yellow"/>
        </w:rPr>
        <w:t>[One or two sentences describing the project.]</w:t>
      </w:r>
    </w:p>
    <w:p>
      <w:r>
        <w:rPr>
          <w:highlight w:val="yellow"/>
        </w:rPr>
        <w:t>[Include any that apply, and delete the rest:]</w:t>
      </w:r>
    </w:p>
    <w:p>
      <w:pPr>
        <w:pStyle w:val="ListBullet"/>
      </w:pPr>
      <w:r>
        <w:t xml:space="preserve">Late application: This application is submitted after the due date because </w:t>
      </w:r>
      <w:r>
        <w:rPr>
          <w:highlight w:val="yellow"/>
        </w:rPr>
        <w:t>[reason, consistent with NIH's late application policy]</w:t>
      </w:r>
      <w:r>
        <w:t>.</w:t>
      </w:r>
    </w:p>
    <w:p>
      <w:pPr>
        <w:pStyle w:val="ListBullet"/>
      </w:pPr>
      <w:r>
        <w:t xml:space="preserve">Corrected application: This corrected application replaces the version submitted on </w:t>
      </w:r>
      <w:r>
        <w:rPr>
          <w:highlight w:val="yellow"/>
        </w:rPr>
        <w:t>[date]</w:t>
      </w:r>
      <w:r>
        <w:t xml:space="preserve"> to address </w:t>
      </w:r>
      <w:r>
        <w:rPr>
          <w:highlight w:val="yellow"/>
        </w:rPr>
        <w:t>[error]</w:t>
      </w:r>
      <w:r>
        <w:t>.</w:t>
      </w:r>
    </w:p>
    <w:p>
      <w:pPr>
        <w:pStyle w:val="ListBullet"/>
      </w:pPr>
      <w:r>
        <w:t xml:space="preserve">Video: We will submit </w:t>
      </w:r>
      <w:r>
        <w:rPr>
          <w:highlight w:val="yellow"/>
        </w:rPr>
        <w:t>[N]</w:t>
      </w:r>
      <w:r>
        <w:t xml:space="preserve"> video files by </w:t>
      </w:r>
      <w:r>
        <w:rPr>
          <w:highlight w:val="yellow"/>
        </w:rPr>
        <w:t>[date]</w:t>
      </w:r>
      <w:r>
        <w:t>, as permitted by the funding opportunity.</w:t>
      </w:r>
    </w:p>
    <w:p>
      <w:pPr>
        <w:pStyle w:val="ListBullet"/>
      </w:pPr>
      <w:r>
        <w:t xml:space="preserve">Subaward: The subaward to </w:t>
      </w:r>
      <w:r>
        <w:rPr>
          <w:highlight w:val="yellow"/>
        </w:rPr>
        <w:t>[Institution]</w:t>
      </w:r>
      <w:r>
        <w:t xml:space="preserve"> is active only in Years </w:t>
      </w:r>
      <w:r>
        <w:rPr>
          <w:highlight w:val="yellow"/>
        </w:rPr>
        <w:t>[N to N]</w:t>
      </w:r>
      <w:r>
        <w:t xml:space="preserve"> because </w:t>
      </w:r>
      <w:r>
        <w:rPr>
          <w:highlight w:val="yellow"/>
        </w:rPr>
        <w:t>[reason]</w:t>
      </w:r>
      <w:r>
        <w:t>.</w:t>
      </w:r>
    </w:p>
    <w:p>
      <w:pPr>
        <w:pStyle w:val="ListBullet"/>
      </w:pPr>
      <w:r>
        <w:t xml:space="preserve">Special considerations: This application involves </w:t>
      </w:r>
      <w:r>
        <w:rPr>
          <w:highlight w:val="yellow"/>
        </w:rPr>
        <w:t>[human subjects / vertebrate animals / select agents]</w:t>
      </w:r>
      <w:r>
        <w:t xml:space="preserve"> as described in the relevant sections.</w:t>
      </w:r>
    </w:p>
    <w:p>
      <w:r>
        <w:t>Thank you for your consideration.</w:t>
      </w:r>
      <w:r>
        <w:br/>
      </w:r>
      <w:r>
        <w:br/>
      </w:r>
      <w:r>
        <w:t>Sincerely,</w:t>
      </w:r>
      <w:r>
        <w:br/>
      </w:r>
      <w:r>
        <w:br/>
      </w:r>
      <w:r>
        <w:rPr>
          <w:highlight w:val="yellow"/>
        </w:rPr>
        <w:t>[Signature]</w:t>
      </w:r>
      <w:r>
        <w:br/>
      </w:r>
      <w:r>
        <w:rPr>
          <w:highlight w:val="yellow"/>
        </w:rPr>
        <w:t>[PD/PI name, title, contact information]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Application Cover Letter Template</dc:title>
  <dc:subject/>
  <dc:creator>GrantsManager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